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</w:pPr>
      <w:r>
        <w:t>MODULO DI RECESSO TIPO</w:t>
      </w:r>
    </w:p>
    <w:p>
      <w:pPr>
        <w:spacing w:after="80" w:before="0"/>
      </w:pPr>
      <w:r>
        <w:t>(compilare e restituire il presente modulo solo se si desidera recedere dal</w:t>
      </w:r>
    </w:p>
    <w:p>
      <w:pPr>
        <w:spacing w:after="80" w:before="0"/>
      </w:pPr>
      <w:r>
        <w:t>contratto,</w:t>
      </w:r>
    </w:p>
    <w:p>
      <w:pPr>
        <w:spacing w:after="80" w:before="0"/>
      </w:pPr>
      <w:r>
        <w:t>in alternativa alla funzione di recesso online disponibile sul sito)</w:t>
      </w:r>
    </w:p>
    <w:p>
      <w:pPr>
        <w:spacing w:after="80" w:before="0"/>
      </w:pPr>
      <w:r>
        <w:t>Destinatario:</w:t>
      </w:r>
    </w:p>
    <w:p>
      <w:pPr>
        <w:spacing w:after="80" w:before="0"/>
      </w:pPr>
      <w:r>
        <w:t>[Ragione sociale] – [indirizzo completo]</w:t>
      </w:r>
    </w:p>
    <w:p>
      <w:pPr>
        <w:spacing w:after="80" w:before="0"/>
      </w:pPr>
      <w:r>
        <w:t>Email: info@accessoriperinfissi.it – Tel. +39 080 2051376</w:t>
      </w:r>
    </w:p>
    <w:p>
      <w:pPr>
        <w:spacing w:after="80" w:before="0"/>
      </w:pPr>
      <w:r>
        <w:t>Con la presente notifico il recesso dal mio</w:t>
      </w:r>
    </w:p>
    <w:p>
      <w:pPr>
        <w:spacing w:after="80" w:before="0"/>
      </w:pPr>
      <w:r>
        <w:t>contratto di vendita dei seguenti beni:</w:t>
      </w:r>
    </w:p>
    <w:p>
      <w:pPr>
        <w:spacing w:after="80" w:before="0"/>
      </w:pPr>
      <w:r>
        <w:t>………………………………………………………………………………………</w:t>
      </w:r>
    </w:p>
    <w:p>
      <w:pPr>
        <w:spacing w:after="80" w:before="0"/>
      </w:pPr>
      <w:r>
        <w:t>Ordine n. …………………… del ……………………</w:t>
      </w:r>
    </w:p>
    <w:p>
      <w:pPr>
        <w:spacing w:after="80" w:before="0"/>
      </w:pPr>
      <w:r>
        <w:t>Ricevuto il ……………………</w:t>
      </w:r>
    </w:p>
    <w:p>
      <w:pPr>
        <w:spacing w:after="80" w:before="0"/>
      </w:pPr>
      <w:r>
        <w:t>Nome del/dei consumatore/i: ………………………………………………</w:t>
      </w:r>
    </w:p>
    <w:p>
      <w:pPr>
        <w:spacing w:after="80" w:before="0"/>
      </w:pPr>
      <w:r>
        <w:t>Indirizzo del/dei consumatore/i: ………………………………………</w:t>
      </w:r>
    </w:p>
    <w:p>
      <w:pPr>
        <w:spacing w:after="80" w:before="0"/>
      </w:pPr>
      <w:r>
        <w:t>Email utilizzata per l'ordine: …………………………………………</w:t>
      </w:r>
    </w:p>
    <w:p>
      <w:pPr>
        <w:spacing w:after="80" w:before="0"/>
      </w:pPr>
      <w:r>
        <w:t>Firma del/dei consumatore/i (solo se il presente modulo è notificato in versione</w:t>
      </w:r>
    </w:p>
    <w:p>
      <w:pPr>
        <w:spacing w:after="80" w:before="0"/>
      </w:pPr>
      <w:r>
        <w:t>cartacea)</w:t>
      </w:r>
    </w:p>
    <w:p>
      <w:pPr>
        <w:spacing w:after="80" w:before="0"/>
      </w:pPr>
      <w:r>
        <w:t>…………………………………………</w:t>
      </w:r>
    </w:p>
    <w:p>
      <w:pPr>
        <w:spacing w:after="80" w:before="0"/>
      </w:pPr>
      <w:r>
        <w:t>Data ……………………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